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חג הסיגד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מנהגים וסמלים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בנושא יהדות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החג נחגג גם באתיופיה לפני העלייה ארצה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נהוג לעלות אל הר או גבעה לתפילה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החג הוכר בחוק כחג רשמי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(מנהיג 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(חומשי התורה בגעז)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(שפה עתיקה)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(השתחוויה ותפילה)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משפחות מתכנסות בבוקר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יחד אל מקום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 מוביל את התפילה הציבורית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מן האוריט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חידוש הברית עם האל והכיסופים לירושלים ולארץ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חידוש הברית והכיסופים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להריץ את הדף כחידון קבוצתי בעזרת המשחק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תמונות או סרטון קצר על טקס הסיגד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להתמקד בחלקים המודגשים כקלים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הוא חג יהודי עתיק שמקורו בקרב יהודי אתיופיה. בדף זה נתרגל מושגים, תאריכים ומנהגים הקשורים לחג.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אתיופיה  ·  קס  ·  ירושלים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חג הסיגד הוא חג של בני עדת: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חודש עברי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לאיזו עיר נשאו עיניהם יהודי אתיופיה בתפילות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אדיס אבבה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גונדר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נחגג רק בישראל ולא נחגג באתיופיה בעבר.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הסיגד נהוג לעלות אל מקום גבוה כדי להתפלל.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הוכר כחג רשמי במדינת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הוא חג של יהודי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המנהיג הדתי ביהדות אתיופיה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בתפילות החג נשאו היהודים את עיניהם אל העיר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השתחוויה ותפילה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שפה עתיקה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חומשי התורה בגעז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מנהיג דתי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יחד אל מקום גבוה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 מוביל את התפילה הציבורית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מן האוריט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משפחות מתכנסות בבוקר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מהי המשמעות המרכזית של 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מוביל את התפילות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