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חג הסיגד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וסמלים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בנושא יהדות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השתחוויה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החג נחגג גם באתיופיה לפני העלייה ארצה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נהוג לעלות אל הר או גבעה לתפילה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הוכר בחוק כחג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צמים בבוקר ושוברים את הצום לאחר התפילה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האוריט הם חמשת חומשי התורה בשפת הגעז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(חומשי התורה בגעז)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(שפה עתיקה)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(השתחוויה ותפילה)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(יעד הכיסופים בתפילה)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משפחות מתכנסות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יחד אל 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 מוביל את התפילה הציבורית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מן האוריט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שוברים את הצום בסעודה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חידוש הברית עם האל והכיסופים לירושלים ולארץ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מוביל את התפילות וקורא מן האוריט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חידוש הברית והכיסופים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להריץ את הדף כחידון קבוצתי בעזרת המשחק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תמונות או סרטון קצר על טקס הסיגד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להתמקד בחלקים המודגשים כקלים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הסיגד הוא חג של יהודי אתיופיה. בדף הזה נלמד מילים חדשות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יהודי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ביהדות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שאליה התפללו לשוב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צום, לא אוכלים ולא שותים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חמישה חומשי תורה בגעז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להתיישבות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כיסופים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געגועים חזקים למשהו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של אילו יהודים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עיר התגעגעו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אדיס אבבה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גונדר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הוביל את התפילות?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לפני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לרקוד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נחגג רק בישראל ולא נחגג באתיופיה בעבר.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לעלות אל מקום גבוה כדי להתפלל.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הוכר כחג רשמי במדינת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לצום עד אחרי התפילה.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האוריט הוא ספר שירים ולא קשור לתורה.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של 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המנהיג הדתי ביהדות אתיופיה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בתפילות החג נשאו היהודים את עיניהם אל העיר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חמשת חומשי התורה בשפת הגעז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ביום החג נהגו לצום עד לאחר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השפה העתיקה של יהודי אתיופיה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חומשי התורה בגעז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השתחוויה ותפילה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יעד הכיסופים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שפה עתיקה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יחד אל מקום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שוברים את הצום בסעודה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מן האוריט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מתכנסות בבוקר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מוביל את התפילה הציבורית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המשמעות המרכזית של 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תפקידו של הקס בחג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התפילות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לאיזו עיר התגעגעו בתפילות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