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חג הסיגד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וסמלים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בנושא יהדות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נחגג גם באתיופיה לפני העלייה ארצה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נהוג לעלות אל הר או גבעה לתפילה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הוכר בחוק כחג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צמים בבוקר ושוברים את הצום לאחר התפילה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האוריט הם חמשת חומשי התורה בשפת הגעז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(חומשי התורה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(שפה עתיקה)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(השתחוויה ותפילה)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(יעד הכיסופים בתפילה)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 מתכנסות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יחד אל 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 מוביל את התפילה הציבורית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מן האוריט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שוברים את הצום בסעודה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חידוש הברית עם האל והכיסופים לירושלים ולארץ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מוביל את התפילות וקורא מן האוריט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חידוש הברית והכיסופים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להריץ את הדף כחידון קבוצתי בעזרת המשחק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או סרטון קצר על טקס הסיגד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להתמקד בחלקים המודגשים כקלים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יהודי עתיק שמקורו בקרב יהודי אתיופיה. בדף זה נתרגל מושגים, תאריכים ומנהגים הקשורים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הוא חג של בני עדת: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חודש עברי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המשמעות של המילה סיגד בגעז?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עיר נשאו עיניהם יהודי אתיופיה בתפילות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אדיס אבבה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גונדר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הם המנהיגים הדתיים שהובילו את התפילות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נהוג לעשות ביום הסיגד לפני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רק בישראל ולא נחגג באתיופיה בעבר.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אל מקום גבוה כדי להתפלל.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הוכר כחג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עד אחרי התפילה.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האוריט הוא ספר שירים ולא קשור לתורה.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של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 הדתי ביהדות אתיופיה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בתפילות החג נשאו היהודים את עיניהם אל 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חמשת חומשי התורה בשפת הגעז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ביום החג נהגו לצום עד לאחר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השפה העתיקה של יהודי אתיופיה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יעד הכיסופים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חומשי התורה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עתיקה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השתחוויה ותפילה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מוביל את התפילה הציבורית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מן האוריט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שוברים את הצום בסעודה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יחד אל מקום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מתכנסות בבוקר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המשמעות המרכזית של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תפקידו של הקס בחג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התפילות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עיר התגעגעו בתפילות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